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2986" w14:textId="08B6DC15" w:rsidR="000F582A" w:rsidRDefault="00D0295A">
      <w:pPr>
        <w:jc w:val="center"/>
      </w:pPr>
      <w:r>
        <w:rPr>
          <w:b/>
          <w:sz w:val="24"/>
        </w:rPr>
        <w:t>ANEXO VII</w:t>
      </w:r>
    </w:p>
    <w:p w14:paraId="111EE9B3" w14:textId="77777777" w:rsidR="000F582A" w:rsidRDefault="00D0295A">
      <w:pPr>
        <w:jc w:val="center"/>
        <w:rPr>
          <w:b/>
          <w:sz w:val="28"/>
        </w:rPr>
      </w:pPr>
      <w:r>
        <w:rPr>
          <w:b/>
          <w:sz w:val="28"/>
        </w:rPr>
        <w:t>TERMO DE VISTORIA TÉCNICA</w:t>
      </w:r>
    </w:p>
    <w:p w14:paraId="1E8B15A1" w14:textId="0633CD04" w:rsidR="00446D4E" w:rsidRDefault="00446D4E">
      <w:pPr>
        <w:jc w:val="center"/>
        <w:rPr>
          <w:b/>
          <w:sz w:val="28"/>
        </w:rPr>
      </w:pPr>
      <w:proofErr w:type="spellStart"/>
      <w:r w:rsidRPr="00446D4E">
        <w:rPr>
          <w:b/>
          <w:sz w:val="28"/>
        </w:rPr>
        <w:t>Chamada</w:t>
      </w:r>
      <w:proofErr w:type="spellEnd"/>
      <w:r w:rsidRPr="00446D4E">
        <w:rPr>
          <w:b/>
          <w:sz w:val="28"/>
        </w:rPr>
        <w:t xml:space="preserve"> Pública CP354 /2026 - Reforma e </w:t>
      </w:r>
      <w:proofErr w:type="spellStart"/>
      <w:r w:rsidRPr="00446D4E">
        <w:rPr>
          <w:b/>
          <w:sz w:val="28"/>
        </w:rPr>
        <w:t>Revitalização</w:t>
      </w:r>
      <w:proofErr w:type="spellEnd"/>
      <w:r w:rsidRPr="00446D4E">
        <w:rPr>
          <w:b/>
          <w:sz w:val="28"/>
        </w:rPr>
        <w:t xml:space="preserve"> das </w:t>
      </w:r>
      <w:proofErr w:type="spellStart"/>
      <w:r w:rsidRPr="00446D4E">
        <w:rPr>
          <w:b/>
          <w:sz w:val="28"/>
        </w:rPr>
        <w:t>Dependências</w:t>
      </w:r>
      <w:proofErr w:type="spellEnd"/>
      <w:r w:rsidRPr="00446D4E">
        <w:rPr>
          <w:b/>
          <w:sz w:val="28"/>
        </w:rPr>
        <w:t xml:space="preserve"> do Teatro Sérgio Cardoso</w:t>
      </w:r>
    </w:p>
    <w:p w14:paraId="23E30138" w14:textId="77777777" w:rsidR="000F582A" w:rsidRDefault="00D0295A">
      <w:pPr>
        <w:spacing w:after="140" w:line="259" w:lineRule="auto"/>
        <w:jc w:val="both"/>
      </w:pPr>
      <w:proofErr w:type="gramStart"/>
      <w:r>
        <w:t>A</w:t>
      </w:r>
      <w:proofErr w:type="gramEnd"/>
      <w:r>
        <w:t xml:space="preserve"> </w:t>
      </w:r>
      <w:proofErr w:type="spellStart"/>
      <w:r>
        <w:t>empresa</w:t>
      </w:r>
      <w:proofErr w:type="spellEnd"/>
      <w:r>
        <w:t xml:space="preserve"> [RAZÃO SOCIAL DA PROPONENTE], </w:t>
      </w:r>
      <w:proofErr w:type="spellStart"/>
      <w:r>
        <w:t>inscrita</w:t>
      </w:r>
      <w:proofErr w:type="spellEnd"/>
      <w:r>
        <w:t xml:space="preserve"> no CNPJ/MF sob </w:t>
      </w:r>
      <w:proofErr w:type="spellStart"/>
      <w:r>
        <w:t>o n</w:t>
      </w:r>
      <w:proofErr w:type="spellEnd"/>
      <w:r>
        <w:t xml:space="preserve">º [CNPJ], com </w:t>
      </w:r>
      <w:proofErr w:type="spellStart"/>
      <w:r>
        <w:t>sede</w:t>
      </w:r>
      <w:proofErr w:type="spellEnd"/>
      <w:r>
        <w:t xml:space="preserve"> à [ENDEREÇO COMPLETO], DECLARA,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devidos</w:t>
      </w:r>
      <w:proofErr w:type="spellEnd"/>
      <w:r>
        <w:t xml:space="preserve"> fins,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realizou</w:t>
      </w:r>
      <w:proofErr w:type="spellEnd"/>
      <w:r>
        <w:t xml:space="preserve"> </w:t>
      </w:r>
      <w:proofErr w:type="spellStart"/>
      <w:r>
        <w:t>vistoria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instalações</w:t>
      </w:r>
      <w:proofErr w:type="spellEnd"/>
      <w:r>
        <w:t xml:space="preserve"> do Teatro Sérgio Cardoso, </w:t>
      </w:r>
      <w:proofErr w:type="spellStart"/>
      <w:r>
        <w:t>localizado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Rua Rui Barbosa, 153 – Bela Vista – São Paulo/SP – CEP 01326-010, em ____/____/2026, para </w:t>
      </w:r>
      <w:proofErr w:type="spellStart"/>
      <w:r>
        <w:t>conhecimento</w:t>
      </w:r>
      <w:proofErr w:type="spellEnd"/>
      <w:r>
        <w:t xml:space="preserve"> das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da </w:t>
      </w:r>
      <w:proofErr w:type="spellStart"/>
      <w:r>
        <w:t>Chamada</w:t>
      </w:r>
      <w:proofErr w:type="spellEnd"/>
      <w:r>
        <w:t xml:space="preserve"> Pública nº CP XXXXX/2026.</w:t>
      </w:r>
    </w:p>
    <w:p w14:paraId="56B28680" w14:textId="77777777" w:rsidR="000F582A" w:rsidRDefault="00D0295A">
      <w:pPr>
        <w:spacing w:after="140" w:line="259" w:lineRule="auto"/>
        <w:jc w:val="both"/>
      </w:pPr>
      <w:r>
        <w:t xml:space="preserve">A </w:t>
      </w:r>
      <w:proofErr w:type="spellStart"/>
      <w:r>
        <w:t>vistoria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</w:t>
      </w:r>
      <w:proofErr w:type="spellStart"/>
      <w:r>
        <w:rPr>
          <w:b/>
        </w:rPr>
        <w:t>obrigatoriamente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Responsável</w:t>
      </w:r>
      <w:proofErr w:type="spellEnd"/>
      <w:r>
        <w:rPr>
          <w:b/>
        </w:rPr>
        <w:t xml:space="preserve"> Técnico da PROPONENTE</w:t>
      </w:r>
      <w:r>
        <w:t xml:space="preserve">, profissional </w:t>
      </w:r>
      <w:proofErr w:type="spellStart"/>
      <w:r>
        <w:t>legalmente</w:t>
      </w:r>
      <w:proofErr w:type="spellEnd"/>
      <w:r>
        <w:t xml:space="preserve"> </w:t>
      </w:r>
      <w:proofErr w:type="spellStart"/>
      <w:r>
        <w:t>habilitado</w:t>
      </w:r>
      <w:proofErr w:type="spellEnd"/>
      <w:r>
        <w:t xml:space="preserve"> e </w:t>
      </w:r>
      <w:proofErr w:type="spellStart"/>
      <w:r>
        <w:t>registrado</w:t>
      </w:r>
      <w:proofErr w:type="spellEnd"/>
      <w:r>
        <w:t xml:space="preserve"> no </w:t>
      </w:r>
      <w:proofErr w:type="spellStart"/>
      <w:r>
        <w:rPr>
          <w:b/>
        </w:rPr>
        <w:t>Conselho</w:t>
      </w:r>
      <w:proofErr w:type="spellEnd"/>
      <w:r>
        <w:rPr>
          <w:b/>
        </w:rPr>
        <w:t xml:space="preserve"> Regional de Engenharia e </w:t>
      </w:r>
      <w:proofErr w:type="spellStart"/>
      <w:r>
        <w:rPr>
          <w:b/>
        </w:rPr>
        <w:t>Agronomia</w:t>
      </w:r>
      <w:proofErr w:type="spellEnd"/>
      <w:r>
        <w:rPr>
          <w:b/>
        </w:rPr>
        <w:t xml:space="preserve"> – CREA</w:t>
      </w:r>
      <w:r>
        <w:t xml:space="preserve">, </w:t>
      </w:r>
      <w:proofErr w:type="spellStart"/>
      <w:r>
        <w:t>devidamente</w:t>
      </w:r>
      <w:proofErr w:type="spellEnd"/>
      <w:r>
        <w:t xml:space="preserve"> </w:t>
      </w:r>
      <w:proofErr w:type="spellStart"/>
      <w:r>
        <w:t>identificado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final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Termo</w:t>
      </w:r>
      <w:proofErr w:type="spellEnd"/>
      <w:r>
        <w:t xml:space="preserve">, com </w:t>
      </w:r>
      <w:proofErr w:type="spellStart"/>
      <w:r>
        <w:t>qualificação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</w:t>
      </w:r>
      <w:proofErr w:type="spellStart"/>
      <w:r>
        <w:t>compatível</w:t>
      </w:r>
      <w:proofErr w:type="spellEnd"/>
      <w:r>
        <w:t xml:space="preserve"> com o </w:t>
      </w:r>
      <w:proofErr w:type="spellStart"/>
      <w:r>
        <w:t>objeto</w:t>
      </w:r>
      <w:proofErr w:type="spellEnd"/>
      <w:r>
        <w:t xml:space="preserve"> da </w:t>
      </w:r>
      <w:proofErr w:type="spellStart"/>
      <w:r>
        <w:t>contratação</w:t>
      </w:r>
      <w:proofErr w:type="spellEnd"/>
      <w:r>
        <w:t>.</w:t>
      </w:r>
    </w:p>
    <w:p w14:paraId="19DECF71" w14:textId="77777777" w:rsidR="000F582A" w:rsidRDefault="00D0295A">
      <w:pPr>
        <w:spacing w:after="140" w:line="259" w:lineRule="auto"/>
        <w:jc w:val="both"/>
      </w:pPr>
      <w:r>
        <w:t xml:space="preserve">Durante a </w:t>
      </w:r>
      <w:proofErr w:type="spellStart"/>
      <w:r>
        <w:t>vistoria</w:t>
      </w:r>
      <w:proofErr w:type="spellEnd"/>
      <w:r>
        <w:t xml:space="preserve">, a PROPONENTE,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intermédio</w:t>
      </w:r>
      <w:proofErr w:type="spellEnd"/>
      <w:r>
        <w:t xml:space="preserve"> de </w:t>
      </w:r>
      <w:proofErr w:type="spellStart"/>
      <w:r>
        <w:t>seu</w:t>
      </w:r>
      <w:proofErr w:type="spellEnd"/>
      <w:r>
        <w:t xml:space="preserve"> </w:t>
      </w:r>
      <w:proofErr w:type="spellStart"/>
      <w:r>
        <w:t>Responsável</w:t>
      </w:r>
      <w:proofErr w:type="spellEnd"/>
      <w:r>
        <w:t xml:space="preserve"> Técnico, </w:t>
      </w:r>
      <w:proofErr w:type="spellStart"/>
      <w:r>
        <w:t>declara</w:t>
      </w:r>
      <w:proofErr w:type="spellEnd"/>
      <w:r>
        <w:t xml:space="preserve"> ter </w:t>
      </w:r>
      <w:proofErr w:type="spellStart"/>
      <w:r>
        <w:t>tomado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 das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existentes</w:t>
      </w:r>
      <w:proofErr w:type="spellEnd"/>
      <w:r>
        <w:t xml:space="preserve"> no local e das </w:t>
      </w:r>
      <w:proofErr w:type="spellStart"/>
      <w:r>
        <w:t>características</w:t>
      </w:r>
      <w:proofErr w:type="spellEnd"/>
      <w:r>
        <w:t xml:space="preserve"> </w:t>
      </w:r>
      <w:proofErr w:type="spellStart"/>
      <w:r>
        <w:t>gerais</w:t>
      </w:r>
      <w:proofErr w:type="spellEnd"/>
      <w:r>
        <w:t xml:space="preserve"> das </w:t>
      </w:r>
      <w:proofErr w:type="spellStart"/>
      <w:r>
        <w:t>áreas</w:t>
      </w:r>
      <w:proofErr w:type="spellEnd"/>
      <w:r>
        <w:t xml:space="preserve">, </w:t>
      </w:r>
      <w:proofErr w:type="spellStart"/>
      <w:r>
        <w:t>interferências</w:t>
      </w:r>
      <w:proofErr w:type="spellEnd"/>
      <w:r>
        <w:t xml:space="preserve">,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 de </w:t>
      </w:r>
      <w:proofErr w:type="spellStart"/>
      <w:r>
        <w:t>altura</w:t>
      </w:r>
      <w:proofErr w:type="spellEnd"/>
      <w:r>
        <w:t xml:space="preserve"> e </w:t>
      </w:r>
      <w:proofErr w:type="spellStart"/>
      <w:r>
        <w:t>fixação</w:t>
      </w:r>
      <w:proofErr w:type="spellEnd"/>
      <w:r>
        <w:t xml:space="preserve"> de </w:t>
      </w:r>
      <w:proofErr w:type="spellStart"/>
      <w:r>
        <w:t>balancins</w:t>
      </w:r>
      <w:proofErr w:type="spellEnd"/>
      <w:r>
        <w:t xml:space="preserve"> e </w:t>
      </w:r>
      <w:proofErr w:type="spellStart"/>
      <w:r>
        <w:t>estruturas</w:t>
      </w:r>
      <w:proofErr w:type="spellEnd"/>
      <w:r>
        <w:t xml:space="preserve">, </w:t>
      </w:r>
      <w:proofErr w:type="spellStart"/>
      <w:r>
        <w:t>horários</w:t>
      </w:r>
      <w:proofErr w:type="spellEnd"/>
      <w:r>
        <w:t xml:space="preserve"> e </w:t>
      </w:r>
      <w:proofErr w:type="spellStart"/>
      <w:r>
        <w:t>restrições</w:t>
      </w:r>
      <w:proofErr w:type="spellEnd"/>
      <w:r>
        <w:t xml:space="preserve"> de </w:t>
      </w:r>
      <w:proofErr w:type="spellStart"/>
      <w:r>
        <w:t>utilização</w:t>
      </w:r>
      <w:proofErr w:type="spellEnd"/>
      <w:r>
        <w:t xml:space="preserve"> e </w:t>
      </w:r>
      <w:proofErr w:type="spellStart"/>
      <w:r>
        <w:t>acesso</w:t>
      </w:r>
      <w:proofErr w:type="spellEnd"/>
      <w:r>
        <w:t xml:space="preserve"> à sala de </w:t>
      </w:r>
      <w:proofErr w:type="spellStart"/>
      <w:r>
        <w:t>espetáculos</w:t>
      </w:r>
      <w:proofErr w:type="spellEnd"/>
      <w:r>
        <w:t xml:space="preserve">,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das </w:t>
      </w:r>
      <w:proofErr w:type="spellStart"/>
      <w:r>
        <w:t>condições</w:t>
      </w:r>
      <w:proofErr w:type="spellEnd"/>
      <w:r>
        <w:t xml:space="preserve"> do </w:t>
      </w:r>
      <w:proofErr w:type="spellStart"/>
      <w:r>
        <w:t>entorno</w:t>
      </w:r>
      <w:proofErr w:type="spellEnd"/>
      <w:r>
        <w:t xml:space="preserve"> e </w:t>
      </w:r>
      <w:proofErr w:type="spellStart"/>
      <w:r>
        <w:t>caracterização</w:t>
      </w:r>
      <w:proofErr w:type="spellEnd"/>
      <w:r>
        <w:t xml:space="preserve"> da </w:t>
      </w:r>
      <w:proofErr w:type="spellStart"/>
      <w:r>
        <w:t>vizinhança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deverão</w:t>
      </w:r>
      <w:proofErr w:type="spellEnd"/>
      <w:r>
        <w:t xml:space="preserve"> ser </w:t>
      </w:r>
      <w:proofErr w:type="spellStart"/>
      <w:r>
        <w:t>consideradas</w:t>
      </w:r>
      <w:proofErr w:type="spellEnd"/>
      <w:r>
        <w:t xml:space="preserve"> para a </w:t>
      </w:r>
      <w:proofErr w:type="spellStart"/>
      <w:r>
        <w:t>execução</w:t>
      </w:r>
      <w:proofErr w:type="spellEnd"/>
      <w:r>
        <w:t xml:space="preserve"> das </w:t>
      </w:r>
      <w:proofErr w:type="spellStart"/>
      <w:r>
        <w:t>intervenções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aquelas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à </w:t>
      </w:r>
      <w:proofErr w:type="spellStart"/>
      <w:r>
        <w:t>reforma</w:t>
      </w:r>
      <w:proofErr w:type="spellEnd"/>
      <w:r>
        <w:t xml:space="preserve">, </w:t>
      </w:r>
      <w:proofErr w:type="spellStart"/>
      <w:r>
        <w:t>revitalização</w:t>
      </w:r>
      <w:proofErr w:type="spellEnd"/>
      <w:r>
        <w:t xml:space="preserve"> e </w:t>
      </w:r>
      <w:proofErr w:type="spellStart"/>
      <w:r>
        <w:t>requalificação</w:t>
      </w:r>
      <w:proofErr w:type="spellEnd"/>
      <w:r>
        <w:t xml:space="preserve"> da sala de </w:t>
      </w:r>
      <w:proofErr w:type="spellStart"/>
      <w:r>
        <w:t>espetáculos</w:t>
      </w:r>
      <w:proofErr w:type="spellEnd"/>
      <w:r>
        <w:t xml:space="preserve"> e à </w:t>
      </w:r>
      <w:proofErr w:type="spellStart"/>
      <w:r>
        <w:t>recuperação</w:t>
      </w:r>
      <w:proofErr w:type="spellEnd"/>
      <w:r>
        <w:t xml:space="preserve"> das </w:t>
      </w:r>
      <w:proofErr w:type="spellStart"/>
      <w:r>
        <w:t>fachadas</w:t>
      </w:r>
      <w:proofErr w:type="spellEnd"/>
      <w:r>
        <w:t xml:space="preserve"> frontal e </w:t>
      </w:r>
      <w:proofErr w:type="spellStart"/>
      <w:r>
        <w:t>laterais</w:t>
      </w:r>
      <w:proofErr w:type="spellEnd"/>
      <w:r>
        <w:t xml:space="preserve"> da </w:t>
      </w:r>
      <w:proofErr w:type="spellStart"/>
      <w:r>
        <w:t>edificação</w:t>
      </w:r>
      <w:proofErr w:type="spellEnd"/>
      <w:r>
        <w:t>.</w:t>
      </w:r>
    </w:p>
    <w:p w14:paraId="13C8EDF5" w14:textId="77777777" w:rsidR="000F582A" w:rsidRDefault="00D0295A">
      <w:r>
        <w:rPr>
          <w:b/>
        </w:rPr>
        <w:t xml:space="preserve">A PROPONENTE </w:t>
      </w:r>
      <w:proofErr w:type="spellStart"/>
      <w:r>
        <w:rPr>
          <w:b/>
        </w:rPr>
        <w:t>declara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ainda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que</w:t>
      </w:r>
      <w:proofErr w:type="spellEnd"/>
      <w:r>
        <w:rPr>
          <w:b/>
        </w:rPr>
        <w:t>:</w:t>
      </w:r>
    </w:p>
    <w:p w14:paraId="1E5D838F" w14:textId="77777777" w:rsidR="000F582A" w:rsidRDefault="00D0295A">
      <w:pPr>
        <w:spacing w:after="80"/>
        <w:ind w:left="283" w:hanging="283"/>
        <w:jc w:val="both"/>
      </w:pPr>
      <w:r>
        <w:t xml:space="preserve">1. </w:t>
      </w:r>
      <w:proofErr w:type="spellStart"/>
      <w:r>
        <w:t>teve</w:t>
      </w:r>
      <w:proofErr w:type="spellEnd"/>
      <w:r>
        <w:t xml:space="preserve"> </w:t>
      </w:r>
      <w:proofErr w:type="spellStart"/>
      <w:r>
        <w:t>oportunidade</w:t>
      </w:r>
      <w:proofErr w:type="spellEnd"/>
      <w:r>
        <w:t xml:space="preserve"> de </w:t>
      </w:r>
      <w:proofErr w:type="spellStart"/>
      <w:r>
        <w:t>conhecer</w:t>
      </w:r>
      <w:proofErr w:type="spellEnd"/>
      <w:r>
        <w:t xml:space="preserve"> e </w:t>
      </w:r>
      <w:proofErr w:type="spellStart"/>
      <w:r>
        <w:t>avaliar</w:t>
      </w:r>
      <w:proofErr w:type="spellEnd"/>
      <w:r>
        <w:t xml:space="preserve"> as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físicas</w:t>
      </w:r>
      <w:proofErr w:type="spellEnd"/>
      <w:r>
        <w:t xml:space="preserve"> e </w:t>
      </w:r>
      <w:proofErr w:type="spellStart"/>
      <w:r>
        <w:t>operacionais</w:t>
      </w:r>
      <w:proofErr w:type="spellEnd"/>
      <w:r>
        <w:t xml:space="preserve"> </w:t>
      </w:r>
      <w:proofErr w:type="spellStart"/>
      <w:r>
        <w:t>existentes</w:t>
      </w:r>
      <w:proofErr w:type="spellEnd"/>
      <w:r>
        <w:t xml:space="preserve"> no local </w:t>
      </w:r>
      <w:proofErr w:type="spellStart"/>
      <w:r>
        <w:t>relacionadas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>;</w:t>
      </w:r>
    </w:p>
    <w:p w14:paraId="048CB73B" w14:textId="77777777" w:rsidR="000F582A" w:rsidRDefault="00D0295A">
      <w:pPr>
        <w:spacing w:after="80"/>
        <w:ind w:left="283" w:hanging="283"/>
        <w:jc w:val="both"/>
      </w:pPr>
      <w:r>
        <w:t xml:space="preserve">2. </w:t>
      </w:r>
      <w:proofErr w:type="spellStart"/>
      <w:r>
        <w:t>tomou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 das </w:t>
      </w:r>
      <w:proofErr w:type="spellStart"/>
      <w:r>
        <w:t>condições</w:t>
      </w:r>
      <w:proofErr w:type="spellEnd"/>
      <w:r>
        <w:t xml:space="preserve"> de </w:t>
      </w:r>
      <w:proofErr w:type="spellStart"/>
      <w:r>
        <w:t>acesso</w:t>
      </w:r>
      <w:proofErr w:type="spellEnd"/>
      <w:r>
        <w:t xml:space="preserve">, </w:t>
      </w:r>
      <w:proofErr w:type="spellStart"/>
      <w:r>
        <w:t>circulação</w:t>
      </w:r>
      <w:proofErr w:type="spellEnd"/>
      <w:r>
        <w:t xml:space="preserve">, </w:t>
      </w:r>
      <w:proofErr w:type="spellStart"/>
      <w:r>
        <w:t>mobilização</w:t>
      </w:r>
      <w:proofErr w:type="spellEnd"/>
      <w:r>
        <w:t xml:space="preserve"> e </w:t>
      </w:r>
      <w:proofErr w:type="spellStart"/>
      <w:r>
        <w:t>desmobilização</w:t>
      </w:r>
      <w:proofErr w:type="spellEnd"/>
      <w:r>
        <w:t xml:space="preserve">, </w:t>
      </w:r>
      <w:proofErr w:type="spellStart"/>
      <w:r>
        <w:t>armazenamento</w:t>
      </w:r>
      <w:proofErr w:type="spellEnd"/>
      <w:r>
        <w:t xml:space="preserve"> de </w:t>
      </w:r>
      <w:proofErr w:type="spellStart"/>
      <w:r>
        <w:t>materiais</w:t>
      </w:r>
      <w:proofErr w:type="spellEnd"/>
      <w:r>
        <w:t xml:space="preserve">, </w:t>
      </w:r>
      <w:proofErr w:type="spellStart"/>
      <w:r>
        <w:t>retirada</w:t>
      </w:r>
      <w:proofErr w:type="spellEnd"/>
      <w:r>
        <w:t xml:space="preserve"> e </w:t>
      </w:r>
      <w:proofErr w:type="spellStart"/>
      <w:r>
        <w:t>destinação</w:t>
      </w:r>
      <w:proofErr w:type="spellEnd"/>
      <w:r>
        <w:t xml:space="preserve"> de </w:t>
      </w:r>
      <w:proofErr w:type="spellStart"/>
      <w:r>
        <w:t>resíduos</w:t>
      </w:r>
      <w:proofErr w:type="spellEnd"/>
      <w:r>
        <w:t xml:space="preserve"> e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aparentes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interferir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>;</w:t>
      </w:r>
    </w:p>
    <w:p w14:paraId="255E0157" w14:textId="77777777" w:rsidR="000F582A" w:rsidRDefault="00D0295A">
      <w:pPr>
        <w:spacing w:after="80"/>
        <w:ind w:left="283" w:hanging="283"/>
        <w:jc w:val="both"/>
      </w:pPr>
      <w:r>
        <w:t xml:space="preserve">3. </w:t>
      </w:r>
      <w:proofErr w:type="spellStart"/>
      <w:r>
        <w:t>verificou</w:t>
      </w:r>
      <w:proofErr w:type="spellEnd"/>
      <w:r>
        <w:t xml:space="preserve">, </w:t>
      </w:r>
      <w:proofErr w:type="spellStart"/>
      <w:r>
        <w:t>dentro</w:t>
      </w:r>
      <w:proofErr w:type="spellEnd"/>
      <w:r>
        <w:t xml:space="preserve"> dos </w:t>
      </w:r>
      <w:proofErr w:type="spellStart"/>
      <w:r>
        <w:t>limites</w:t>
      </w:r>
      <w:proofErr w:type="spellEnd"/>
      <w:r>
        <w:t xml:space="preserve"> </w:t>
      </w:r>
      <w:proofErr w:type="spellStart"/>
      <w:r>
        <w:t>permitidos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vistoria</w:t>
      </w:r>
      <w:proofErr w:type="spellEnd"/>
      <w:r>
        <w:t xml:space="preserve">, as </w:t>
      </w:r>
      <w:proofErr w:type="spellStart"/>
      <w:r>
        <w:t>condições</w:t>
      </w:r>
      <w:proofErr w:type="spellEnd"/>
      <w:r>
        <w:t xml:space="preserve"> das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da </w:t>
      </w:r>
      <w:proofErr w:type="spellStart"/>
      <w:r>
        <w:t>intervenção</w:t>
      </w:r>
      <w:proofErr w:type="spellEnd"/>
      <w:r>
        <w:t xml:space="preserve">, </w:t>
      </w:r>
      <w:proofErr w:type="spellStart"/>
      <w:r>
        <w:t>interferências</w:t>
      </w:r>
      <w:proofErr w:type="spellEnd"/>
      <w:r>
        <w:t xml:space="preserve"> </w:t>
      </w:r>
      <w:proofErr w:type="spellStart"/>
      <w:r>
        <w:t>aparentes</w:t>
      </w:r>
      <w:proofErr w:type="spellEnd"/>
      <w:r>
        <w:t xml:space="preserve">, </w:t>
      </w:r>
      <w:proofErr w:type="spellStart"/>
      <w:r>
        <w:t>condições</w:t>
      </w:r>
      <w:proofErr w:type="spellEnd"/>
      <w:r>
        <w:t xml:space="preserve"> de </w:t>
      </w:r>
      <w:proofErr w:type="spellStart"/>
      <w:r>
        <w:t>trabalho</w:t>
      </w:r>
      <w:proofErr w:type="spellEnd"/>
      <w:r>
        <w:t xml:space="preserve"> em </w:t>
      </w:r>
      <w:proofErr w:type="spellStart"/>
      <w:r>
        <w:t>altura</w:t>
      </w:r>
      <w:proofErr w:type="spellEnd"/>
      <w:r>
        <w:t xml:space="preserve">, </w:t>
      </w:r>
      <w:proofErr w:type="spellStart"/>
      <w:r>
        <w:t>possibilidades</w:t>
      </w:r>
      <w:proofErr w:type="spellEnd"/>
      <w:r>
        <w:t xml:space="preserve"> e </w:t>
      </w:r>
      <w:proofErr w:type="spellStart"/>
      <w:r>
        <w:t>restrições</w:t>
      </w:r>
      <w:proofErr w:type="spellEnd"/>
      <w:r>
        <w:t xml:space="preserve"> para </w:t>
      </w:r>
      <w:proofErr w:type="spellStart"/>
      <w:r>
        <w:t>instalação</w:t>
      </w:r>
      <w:proofErr w:type="spellEnd"/>
      <w:r>
        <w:t xml:space="preserve"> e </w:t>
      </w:r>
      <w:proofErr w:type="spellStart"/>
      <w:r>
        <w:t>fixação</w:t>
      </w:r>
      <w:proofErr w:type="spellEnd"/>
      <w:r>
        <w:t xml:space="preserve"> de </w:t>
      </w:r>
      <w:proofErr w:type="spellStart"/>
      <w:r>
        <w:t>balancins</w:t>
      </w:r>
      <w:proofErr w:type="spellEnd"/>
      <w:r>
        <w:t xml:space="preserve">, </w:t>
      </w:r>
      <w:proofErr w:type="spellStart"/>
      <w:r>
        <w:t>andaimes</w:t>
      </w:r>
      <w:proofErr w:type="spellEnd"/>
      <w:r>
        <w:t xml:space="preserve">, </w:t>
      </w:r>
      <w:proofErr w:type="spellStart"/>
      <w:r>
        <w:t>aparalixos</w:t>
      </w:r>
      <w:proofErr w:type="spellEnd"/>
      <w:r>
        <w:t xml:space="preserve"> e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estruturas</w:t>
      </w:r>
      <w:proofErr w:type="spellEnd"/>
      <w:r>
        <w:t xml:space="preserve"> </w:t>
      </w:r>
      <w:proofErr w:type="spellStart"/>
      <w:r>
        <w:t>necessárias</w:t>
      </w:r>
      <w:proofErr w:type="spellEnd"/>
      <w:r>
        <w:t xml:space="preserve"> à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>;</w:t>
      </w:r>
    </w:p>
    <w:p w14:paraId="22663535" w14:textId="77777777" w:rsidR="000F582A" w:rsidRDefault="00D0295A">
      <w:pPr>
        <w:spacing w:after="80"/>
        <w:ind w:left="283" w:hanging="283"/>
        <w:jc w:val="both"/>
      </w:pPr>
      <w:r>
        <w:t xml:space="preserve">4. </w:t>
      </w:r>
      <w:proofErr w:type="spellStart"/>
      <w:r>
        <w:t>tomou</w:t>
      </w:r>
      <w:proofErr w:type="spellEnd"/>
      <w:r>
        <w:t xml:space="preserve"> </w:t>
      </w:r>
      <w:proofErr w:type="spellStart"/>
      <w:r>
        <w:t>conhecimento</w:t>
      </w:r>
      <w:proofErr w:type="spellEnd"/>
      <w:r>
        <w:t xml:space="preserve"> dos </w:t>
      </w:r>
      <w:proofErr w:type="spellStart"/>
      <w:r>
        <w:t>horários</w:t>
      </w:r>
      <w:proofErr w:type="spellEnd"/>
      <w:r>
        <w:t xml:space="preserve">, </w:t>
      </w:r>
      <w:proofErr w:type="spellStart"/>
      <w:r>
        <w:t>condições</w:t>
      </w:r>
      <w:proofErr w:type="spellEnd"/>
      <w:r>
        <w:t xml:space="preserve"> e </w:t>
      </w:r>
      <w:proofErr w:type="spellStart"/>
      <w:r>
        <w:t>eventuais</w:t>
      </w:r>
      <w:proofErr w:type="spellEnd"/>
      <w:r>
        <w:t xml:space="preserve"> </w:t>
      </w:r>
      <w:proofErr w:type="spellStart"/>
      <w:r>
        <w:t>restrições</w:t>
      </w:r>
      <w:proofErr w:type="spellEnd"/>
      <w:r>
        <w:t xml:space="preserve"> </w:t>
      </w:r>
      <w:proofErr w:type="spellStart"/>
      <w:r>
        <w:t>operacionais</w:t>
      </w:r>
      <w:proofErr w:type="spellEnd"/>
      <w:r>
        <w:t xml:space="preserve"> para </w:t>
      </w:r>
      <w:proofErr w:type="spellStart"/>
      <w:r>
        <w:t>execução</w:t>
      </w:r>
      <w:proofErr w:type="spellEnd"/>
      <w:r>
        <w:t xml:space="preserve"> dos </w:t>
      </w:r>
      <w:proofErr w:type="spellStart"/>
      <w:r>
        <w:t>serviços</w:t>
      </w:r>
      <w:proofErr w:type="spellEnd"/>
      <w:r>
        <w:t xml:space="preserve">, inclusive </w:t>
      </w:r>
      <w:proofErr w:type="spellStart"/>
      <w:r>
        <w:t>aquelas</w:t>
      </w:r>
      <w:proofErr w:type="spellEnd"/>
      <w:r>
        <w:t xml:space="preserve"> </w:t>
      </w:r>
      <w:proofErr w:type="spellStart"/>
      <w:r>
        <w:t>decorrentes</w:t>
      </w:r>
      <w:proofErr w:type="spellEnd"/>
      <w:r>
        <w:t xml:space="preserve"> do </w:t>
      </w:r>
      <w:proofErr w:type="spellStart"/>
      <w:r>
        <w:t>funcionamento</w:t>
      </w:r>
      <w:proofErr w:type="spellEnd"/>
      <w:r>
        <w:t xml:space="preserve"> do Teatro Sérgio Cardoso e das </w:t>
      </w:r>
      <w:proofErr w:type="spellStart"/>
      <w:r>
        <w:t>características</w:t>
      </w:r>
      <w:proofErr w:type="spellEnd"/>
      <w:r>
        <w:t xml:space="preserve"> de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entorno</w:t>
      </w:r>
      <w:proofErr w:type="spellEnd"/>
      <w:r>
        <w:t xml:space="preserve"> e </w:t>
      </w:r>
      <w:proofErr w:type="spellStart"/>
      <w:r>
        <w:t>vizinhança</w:t>
      </w:r>
      <w:proofErr w:type="spellEnd"/>
      <w:r>
        <w:t>;</w:t>
      </w:r>
    </w:p>
    <w:p w14:paraId="4613FA7C" w14:textId="77777777" w:rsidR="000F582A" w:rsidRDefault="00D0295A">
      <w:pPr>
        <w:spacing w:after="80"/>
        <w:ind w:left="283" w:hanging="283"/>
        <w:jc w:val="both"/>
      </w:pPr>
      <w:r>
        <w:t xml:space="preserve">5.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deverão</w:t>
      </w:r>
      <w:proofErr w:type="spellEnd"/>
      <w:r>
        <w:t xml:space="preserve"> ser </w:t>
      </w:r>
      <w:proofErr w:type="spellStart"/>
      <w:r>
        <w:t>executados</w:t>
      </w:r>
      <w:proofErr w:type="spellEnd"/>
      <w:r>
        <w:t xml:space="preserve"> em </w:t>
      </w:r>
      <w:proofErr w:type="spellStart"/>
      <w:r>
        <w:t>conformidade</w:t>
      </w:r>
      <w:proofErr w:type="spellEnd"/>
      <w:r>
        <w:t xml:space="preserve"> com a </w:t>
      </w:r>
      <w:proofErr w:type="spellStart"/>
      <w:r>
        <w:t>Chamada</w:t>
      </w:r>
      <w:proofErr w:type="spellEnd"/>
      <w:r>
        <w:t xml:space="preserve"> Pública,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Referência</w:t>
      </w:r>
      <w:proofErr w:type="spellEnd"/>
      <w:r>
        <w:t xml:space="preserve">, </w:t>
      </w:r>
      <w:proofErr w:type="spellStart"/>
      <w:r>
        <w:t>Memoriais</w:t>
      </w:r>
      <w:proofErr w:type="spellEnd"/>
      <w:r>
        <w:t xml:space="preserve"> </w:t>
      </w:r>
      <w:proofErr w:type="spellStart"/>
      <w:r>
        <w:t>Descritivos</w:t>
      </w:r>
      <w:proofErr w:type="spellEnd"/>
      <w:r>
        <w:t xml:space="preserve">, Projetos, </w:t>
      </w:r>
      <w:proofErr w:type="spellStart"/>
      <w:r>
        <w:t>Planilhas</w:t>
      </w:r>
      <w:proofErr w:type="spellEnd"/>
      <w:r>
        <w:t xml:space="preserve"> e </w:t>
      </w:r>
      <w:proofErr w:type="spellStart"/>
      <w:r>
        <w:t>demais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integrantes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>;</w:t>
      </w:r>
    </w:p>
    <w:p w14:paraId="077D44C9" w14:textId="77777777" w:rsidR="000F582A" w:rsidRDefault="00D0295A">
      <w:pPr>
        <w:spacing w:after="80"/>
        <w:ind w:left="283" w:hanging="283"/>
        <w:jc w:val="both"/>
      </w:pPr>
      <w:r>
        <w:t xml:space="preserve">6. </w:t>
      </w:r>
      <w:proofErr w:type="spellStart"/>
      <w:r>
        <w:t>teve</w:t>
      </w:r>
      <w:proofErr w:type="spellEnd"/>
      <w:r>
        <w:t xml:space="preserve"> </w:t>
      </w:r>
      <w:proofErr w:type="spellStart"/>
      <w:r>
        <w:t>oportunidade</w:t>
      </w:r>
      <w:proofErr w:type="spellEnd"/>
      <w:r>
        <w:t xml:space="preserve"> de </w:t>
      </w:r>
      <w:proofErr w:type="spellStart"/>
      <w:r>
        <w:t>solicitar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esclarecimentos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considerou</w:t>
      </w:r>
      <w:proofErr w:type="spellEnd"/>
      <w:r>
        <w:t xml:space="preserve"> </w:t>
      </w:r>
      <w:proofErr w:type="spellStart"/>
      <w:r>
        <w:t>necessários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vistoria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ciente</w:t>
      </w:r>
      <w:proofErr w:type="spellEnd"/>
      <w:r>
        <w:t xml:space="preserve"> dos </w:t>
      </w:r>
      <w:proofErr w:type="spellStart"/>
      <w:r>
        <w:t>meios</w:t>
      </w:r>
      <w:proofErr w:type="spellEnd"/>
      <w:r>
        <w:t xml:space="preserve"> </w:t>
      </w:r>
      <w:proofErr w:type="spellStart"/>
      <w:r>
        <w:t>disponibilizados</w:t>
      </w:r>
      <w:proofErr w:type="spellEnd"/>
      <w:r>
        <w:t xml:space="preserve"> pela CONTRATANTE para </w:t>
      </w:r>
      <w:proofErr w:type="spellStart"/>
      <w:r>
        <w:t>solicitação</w:t>
      </w:r>
      <w:proofErr w:type="spellEnd"/>
      <w:r>
        <w:t xml:space="preserve"> de </w:t>
      </w:r>
      <w:proofErr w:type="spellStart"/>
      <w:r>
        <w:t>esclarecimentos</w:t>
      </w:r>
      <w:proofErr w:type="spellEnd"/>
      <w:r>
        <w:t>;</w:t>
      </w:r>
    </w:p>
    <w:p w14:paraId="6BC48F69" w14:textId="77777777" w:rsidR="000F582A" w:rsidRDefault="00D0295A">
      <w:pPr>
        <w:spacing w:after="80"/>
        <w:ind w:left="283" w:hanging="283"/>
        <w:jc w:val="both"/>
      </w:pPr>
      <w:r>
        <w:t xml:space="preserve">7. </w:t>
      </w:r>
      <w:proofErr w:type="spellStart"/>
      <w:r>
        <w:t>considerará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elaboração</w:t>
      </w:r>
      <w:proofErr w:type="spellEnd"/>
      <w:r>
        <w:t xml:space="preserve"> de sua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comercial</w:t>
      </w:r>
      <w:proofErr w:type="spellEnd"/>
      <w:r>
        <w:t xml:space="preserve">, Plano de </w:t>
      </w:r>
      <w:proofErr w:type="spellStart"/>
      <w:r>
        <w:t>Trabalho</w:t>
      </w:r>
      <w:proofErr w:type="spellEnd"/>
      <w:r>
        <w:t xml:space="preserve"> e </w:t>
      </w:r>
      <w:proofErr w:type="spellStart"/>
      <w:r>
        <w:t>Cronograma</w:t>
      </w:r>
      <w:proofErr w:type="spellEnd"/>
      <w:r>
        <w:t xml:space="preserve"> </w:t>
      </w:r>
      <w:proofErr w:type="spellStart"/>
      <w:r>
        <w:t>Físico</w:t>
      </w:r>
      <w:proofErr w:type="spellEnd"/>
      <w:r>
        <w:t xml:space="preserve">-Financeiro, as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constatadas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vistoria</w:t>
      </w:r>
      <w:proofErr w:type="spellEnd"/>
      <w:r>
        <w:t xml:space="preserve"> e as </w:t>
      </w:r>
      <w:proofErr w:type="spellStart"/>
      <w:r>
        <w:t>exigências</w:t>
      </w:r>
      <w:proofErr w:type="spellEnd"/>
      <w:r>
        <w:t xml:space="preserve"> </w:t>
      </w:r>
      <w:proofErr w:type="spellStart"/>
      <w:r>
        <w:t>constantes</w:t>
      </w:r>
      <w:proofErr w:type="spellEnd"/>
      <w:r>
        <w:t xml:space="preserve"> dos </w:t>
      </w:r>
      <w:proofErr w:type="spellStart"/>
      <w:r>
        <w:t>documentos</w:t>
      </w:r>
      <w:proofErr w:type="spellEnd"/>
      <w:r>
        <w:t xml:space="preserve"> da </w:t>
      </w:r>
      <w:proofErr w:type="spellStart"/>
      <w:r>
        <w:t>Chamada</w:t>
      </w:r>
      <w:proofErr w:type="spellEnd"/>
      <w:r>
        <w:t xml:space="preserve"> Pública;</w:t>
      </w:r>
    </w:p>
    <w:p w14:paraId="6EBE986B" w14:textId="77777777" w:rsidR="000F582A" w:rsidRDefault="00D0295A">
      <w:pPr>
        <w:spacing w:after="80"/>
        <w:ind w:left="283" w:hanging="283"/>
        <w:jc w:val="both"/>
      </w:pPr>
      <w:r>
        <w:lastRenderedPageBreak/>
        <w:t xml:space="preserve">8. </w:t>
      </w:r>
      <w:proofErr w:type="spellStart"/>
      <w:r>
        <w:t>reconhece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a </w:t>
      </w:r>
      <w:proofErr w:type="spellStart"/>
      <w:r>
        <w:t>realização</w:t>
      </w:r>
      <w:proofErr w:type="spellEnd"/>
      <w:r>
        <w:t xml:space="preserve"> da </w:t>
      </w:r>
      <w:proofErr w:type="spellStart"/>
      <w:r>
        <w:t>vistoria</w:t>
      </w:r>
      <w:proofErr w:type="spellEnd"/>
      <w:r>
        <w:t xml:space="preserve"> e a </w:t>
      </w:r>
      <w:proofErr w:type="spellStart"/>
      <w:r>
        <w:t>assinatura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Termo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substituem</w:t>
      </w:r>
      <w:proofErr w:type="spellEnd"/>
      <w:r>
        <w:t xml:space="preserve"> nem </w:t>
      </w:r>
      <w:proofErr w:type="spellStart"/>
      <w:r>
        <w:t>afastam</w:t>
      </w:r>
      <w:proofErr w:type="spellEnd"/>
      <w:r>
        <w:t xml:space="preserve"> a </w:t>
      </w:r>
      <w:proofErr w:type="spellStart"/>
      <w:r>
        <w:t>obrigação</w:t>
      </w:r>
      <w:proofErr w:type="spellEnd"/>
      <w:r>
        <w:t xml:space="preserve"> de </w:t>
      </w:r>
      <w:proofErr w:type="spellStart"/>
      <w:r>
        <w:t>análise</w:t>
      </w:r>
      <w:proofErr w:type="spellEnd"/>
      <w:r>
        <w:t xml:space="preserve"> integral dos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compõem</w:t>
      </w:r>
      <w:proofErr w:type="spellEnd"/>
      <w:r>
        <w:t xml:space="preserve"> a </w:t>
      </w:r>
      <w:proofErr w:type="spellStart"/>
      <w:r>
        <w:t>Chamada</w:t>
      </w:r>
      <w:proofErr w:type="spellEnd"/>
      <w:r>
        <w:t xml:space="preserve"> Pública;</w:t>
      </w:r>
    </w:p>
    <w:p w14:paraId="20EA22A8" w14:textId="77777777" w:rsidR="000F582A" w:rsidRDefault="00D0295A">
      <w:pPr>
        <w:spacing w:after="80"/>
        <w:ind w:left="283" w:hanging="283"/>
        <w:jc w:val="both"/>
      </w:pPr>
      <w:r>
        <w:t xml:space="preserve">9.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alegar </w:t>
      </w:r>
      <w:proofErr w:type="spellStart"/>
      <w:r>
        <w:t>posteriormente</w:t>
      </w:r>
      <w:proofErr w:type="spellEnd"/>
      <w:r>
        <w:t xml:space="preserve"> </w:t>
      </w:r>
      <w:proofErr w:type="spellStart"/>
      <w:r>
        <w:t>desconhecimento</w:t>
      </w:r>
      <w:proofErr w:type="spellEnd"/>
      <w:r>
        <w:t xml:space="preserve"> das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aparentes</w:t>
      </w:r>
      <w:proofErr w:type="spellEnd"/>
      <w:r>
        <w:t xml:space="preserve"> e </w:t>
      </w:r>
      <w:proofErr w:type="spellStart"/>
      <w:r>
        <w:t>verificáveis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vistoria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fundamento</w:t>
      </w:r>
      <w:proofErr w:type="spellEnd"/>
      <w:r>
        <w:t xml:space="preserve"> para o </w:t>
      </w:r>
      <w:proofErr w:type="spellStart"/>
      <w:r>
        <w:t>descumprimento</w:t>
      </w:r>
      <w:proofErr w:type="spellEnd"/>
      <w:r>
        <w:t xml:space="preserve"> das </w:t>
      </w:r>
      <w:proofErr w:type="spellStart"/>
      <w:r>
        <w:t>obrigações</w:t>
      </w:r>
      <w:proofErr w:type="spellEnd"/>
      <w:r>
        <w:t xml:space="preserve"> </w:t>
      </w:r>
      <w:proofErr w:type="spellStart"/>
      <w:r>
        <w:t>assumidas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para </w:t>
      </w:r>
      <w:proofErr w:type="spellStart"/>
      <w:r>
        <w:t>justificar</w:t>
      </w:r>
      <w:proofErr w:type="spellEnd"/>
      <w:r>
        <w:t xml:space="preserve"> </w:t>
      </w:r>
      <w:proofErr w:type="spellStart"/>
      <w:r>
        <w:t>falhas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elaboração</w:t>
      </w:r>
      <w:proofErr w:type="spellEnd"/>
      <w:r>
        <w:t xml:space="preserve"> de sua </w:t>
      </w:r>
      <w:proofErr w:type="spellStart"/>
      <w:r>
        <w:t>proposta</w:t>
      </w:r>
      <w:proofErr w:type="spellEnd"/>
      <w:r>
        <w:t xml:space="preserve">, </w:t>
      </w:r>
      <w:proofErr w:type="spellStart"/>
      <w:r>
        <w:t>ressalvadas</w:t>
      </w:r>
      <w:proofErr w:type="spellEnd"/>
      <w:r>
        <w:t xml:space="preserve"> as </w:t>
      </w:r>
      <w:proofErr w:type="spellStart"/>
      <w:r>
        <w:t>situações</w:t>
      </w:r>
      <w:proofErr w:type="spellEnd"/>
      <w:r>
        <w:t xml:space="preserve"> </w:t>
      </w:r>
      <w:proofErr w:type="spellStart"/>
      <w:r>
        <w:t>supervenientes</w:t>
      </w:r>
      <w:proofErr w:type="spellEnd"/>
      <w:r>
        <w:t xml:space="preserve">, </w:t>
      </w:r>
      <w:proofErr w:type="spellStart"/>
      <w:r>
        <w:t>condições</w:t>
      </w:r>
      <w:proofErr w:type="spellEnd"/>
      <w:r>
        <w:t xml:space="preserve"> </w:t>
      </w:r>
      <w:proofErr w:type="spellStart"/>
      <w:r>
        <w:t>ocultas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interferências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identificáveis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proofErr w:type="spellStart"/>
      <w:r>
        <w:t>vistoria</w:t>
      </w:r>
      <w:proofErr w:type="spellEnd"/>
      <w:r>
        <w:t xml:space="preserve"> </w:t>
      </w:r>
      <w:proofErr w:type="spellStart"/>
      <w:r>
        <w:t>ordinária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previstas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disponibilizados</w:t>
      </w:r>
      <w:proofErr w:type="spellEnd"/>
      <w:r>
        <w:t xml:space="preserve"> pela CONTRATANTE.</w:t>
      </w:r>
    </w:p>
    <w:p w14:paraId="51403C28" w14:textId="77777777" w:rsidR="000F582A" w:rsidRDefault="00D0295A">
      <w:pPr>
        <w:spacing w:after="140" w:line="259" w:lineRule="auto"/>
        <w:jc w:val="both"/>
      </w:pPr>
      <w:r>
        <w:t xml:space="preserve">Por ser </w:t>
      </w:r>
      <w:proofErr w:type="spellStart"/>
      <w:r>
        <w:t>expressão</w:t>
      </w:r>
      <w:proofErr w:type="spellEnd"/>
      <w:r>
        <w:t xml:space="preserve"> da </w:t>
      </w:r>
      <w:proofErr w:type="spellStart"/>
      <w:r>
        <w:t>verdade</w:t>
      </w:r>
      <w:proofErr w:type="spellEnd"/>
      <w:r>
        <w:t xml:space="preserve">, </w:t>
      </w:r>
      <w:proofErr w:type="spellStart"/>
      <w:r>
        <w:t>firma</w:t>
      </w:r>
      <w:proofErr w:type="spellEnd"/>
      <w:r>
        <w:t xml:space="preserve">-se o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rPr>
          <w:b/>
        </w:rPr>
        <w:t>Termo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Vistoria</w:t>
      </w:r>
      <w:proofErr w:type="spellEnd"/>
      <w:r>
        <w:rPr>
          <w:b/>
        </w:rPr>
        <w:t xml:space="preserve"> Técnica</w:t>
      </w:r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integrar</w:t>
      </w:r>
      <w:proofErr w:type="spellEnd"/>
      <w:r>
        <w:t xml:space="preserve"> a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apresentada</w:t>
      </w:r>
      <w:proofErr w:type="spellEnd"/>
      <w:r>
        <w:t xml:space="preserve"> pela PROPONENTE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termos</w:t>
      </w:r>
      <w:proofErr w:type="spellEnd"/>
      <w:r>
        <w:t xml:space="preserve"> da </w:t>
      </w:r>
      <w:proofErr w:type="spellStart"/>
      <w:r>
        <w:t>Chamada</w:t>
      </w:r>
      <w:proofErr w:type="spellEnd"/>
      <w:r>
        <w:t xml:space="preserve"> Pública.</w:t>
      </w:r>
    </w:p>
    <w:p w14:paraId="28509C0E" w14:textId="77777777" w:rsidR="000F582A" w:rsidRDefault="00D0295A">
      <w:pPr>
        <w:spacing w:before="160"/>
      </w:pPr>
      <w:r>
        <w:rPr>
          <w:b/>
        </w:rPr>
        <w:t xml:space="preserve">São Paulo, ____ de __________________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2026.</w:t>
      </w:r>
    </w:p>
    <w:p w14:paraId="377F908A" w14:textId="77777777" w:rsidR="000F582A" w:rsidRDefault="00D0295A">
      <w:pPr>
        <w:spacing w:before="240"/>
      </w:pPr>
      <w:r>
        <w:rPr>
          <w:b/>
        </w:rPr>
        <w:t>RESPONSÁVEL TÉCNICO DA PROPONENTE</w:t>
      </w:r>
    </w:p>
    <w:p w14:paraId="33D8D49A" w14:textId="77777777" w:rsidR="000F582A" w:rsidRDefault="00D0295A">
      <w:pPr>
        <w:spacing w:after="60"/>
      </w:pPr>
      <w:proofErr w:type="spellStart"/>
      <w:r>
        <w:rPr>
          <w:b/>
        </w:rPr>
        <w:t>Razão</w:t>
      </w:r>
      <w:proofErr w:type="spellEnd"/>
      <w:r>
        <w:rPr>
          <w:b/>
        </w:rPr>
        <w:t xml:space="preserve"> Social da Empresa: </w:t>
      </w:r>
      <w:r>
        <w:t>____________________________________________</w:t>
      </w:r>
    </w:p>
    <w:p w14:paraId="2060E2F3" w14:textId="77777777" w:rsidR="000F582A" w:rsidRDefault="00D0295A">
      <w:pPr>
        <w:spacing w:after="60"/>
      </w:pPr>
      <w:r>
        <w:rPr>
          <w:b/>
        </w:rPr>
        <w:t xml:space="preserve">CNPJ: </w:t>
      </w:r>
      <w:r>
        <w:t>____________________________________________________________</w:t>
      </w:r>
    </w:p>
    <w:p w14:paraId="3FEF574C" w14:textId="77777777" w:rsidR="000F582A" w:rsidRDefault="00D0295A">
      <w:pPr>
        <w:spacing w:after="60"/>
      </w:pPr>
      <w:r>
        <w:rPr>
          <w:b/>
        </w:rPr>
        <w:t xml:space="preserve">Nome do </w:t>
      </w:r>
      <w:proofErr w:type="spellStart"/>
      <w:r>
        <w:rPr>
          <w:b/>
        </w:rPr>
        <w:t>Responsável</w:t>
      </w:r>
      <w:proofErr w:type="spellEnd"/>
      <w:r>
        <w:rPr>
          <w:b/>
        </w:rPr>
        <w:t xml:space="preserve"> Técnico: </w:t>
      </w:r>
      <w:r>
        <w:t>__________________________________________</w:t>
      </w:r>
    </w:p>
    <w:p w14:paraId="5BF4E256" w14:textId="77777777" w:rsidR="000F582A" w:rsidRDefault="00D0295A">
      <w:pPr>
        <w:spacing w:after="60"/>
      </w:pPr>
      <w:r>
        <w:rPr>
          <w:b/>
        </w:rPr>
        <w:t xml:space="preserve">Formação Profissional: </w:t>
      </w:r>
      <w:r>
        <w:t>________________________________________________</w:t>
      </w:r>
    </w:p>
    <w:p w14:paraId="5C9BF460" w14:textId="77777777" w:rsidR="000F582A" w:rsidRDefault="00D0295A">
      <w:pPr>
        <w:spacing w:after="60"/>
      </w:pPr>
      <w:r>
        <w:rPr>
          <w:b/>
        </w:rPr>
        <w:t xml:space="preserve">CREA nº: </w:t>
      </w:r>
      <w:r>
        <w:t>____________________________________________________________</w:t>
      </w:r>
    </w:p>
    <w:p w14:paraId="65FAFFBB" w14:textId="77777777" w:rsidR="000F582A" w:rsidRDefault="00D0295A">
      <w:pPr>
        <w:spacing w:after="60"/>
      </w:pPr>
      <w:r>
        <w:rPr>
          <w:b/>
        </w:rPr>
        <w:t xml:space="preserve">CPF: </w:t>
      </w:r>
      <w:r>
        <w:t>________________________________________________________________</w:t>
      </w:r>
    </w:p>
    <w:p w14:paraId="6931A89C" w14:textId="77777777" w:rsidR="000F582A" w:rsidRDefault="00D0295A">
      <w:pPr>
        <w:spacing w:after="60"/>
      </w:pPr>
      <w:r>
        <w:rPr>
          <w:b/>
        </w:rPr>
        <w:t>Cargo/</w:t>
      </w:r>
      <w:proofErr w:type="spellStart"/>
      <w:r>
        <w:rPr>
          <w:b/>
        </w:rPr>
        <w:t>Função</w:t>
      </w:r>
      <w:proofErr w:type="spellEnd"/>
      <w:r>
        <w:rPr>
          <w:b/>
        </w:rPr>
        <w:t xml:space="preserve">: </w:t>
      </w:r>
      <w:r>
        <w:t>________________________________________________________</w:t>
      </w:r>
    </w:p>
    <w:p w14:paraId="311E564B" w14:textId="77777777" w:rsidR="000F582A" w:rsidRDefault="00D0295A">
      <w:pPr>
        <w:spacing w:after="60"/>
      </w:pPr>
      <w:proofErr w:type="spellStart"/>
      <w:r>
        <w:rPr>
          <w:b/>
        </w:rPr>
        <w:t>Assinatura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Responsável</w:t>
      </w:r>
      <w:proofErr w:type="spellEnd"/>
      <w:r>
        <w:rPr>
          <w:b/>
        </w:rPr>
        <w:t xml:space="preserve"> Técnico: </w:t>
      </w:r>
      <w:r>
        <w:t>_____________________________________</w:t>
      </w:r>
    </w:p>
    <w:p w14:paraId="73E14B1E" w14:textId="77777777" w:rsidR="000F582A" w:rsidRDefault="00D0295A">
      <w:pPr>
        <w:spacing w:before="240"/>
      </w:pPr>
      <w:r>
        <w:rPr>
          <w:b/>
        </w:rPr>
        <w:t>PELA APAA – ASSOCIAÇÃO PAULISTA DOS AMIGOS DA ARTE</w:t>
      </w:r>
    </w:p>
    <w:p w14:paraId="250BAFDE" w14:textId="03FA2D08" w:rsidR="000F582A" w:rsidRDefault="00D0295A">
      <w:pPr>
        <w:spacing w:after="140" w:line="259" w:lineRule="auto"/>
        <w:jc w:val="both"/>
      </w:pPr>
      <w:r>
        <w:t xml:space="preserve">Declaro,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devidos</w:t>
      </w:r>
      <w:proofErr w:type="spellEnd"/>
      <w:r>
        <w:t xml:space="preserve"> fins,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</w:t>
      </w:r>
      <w:proofErr w:type="spellStart"/>
      <w:r>
        <w:t>Responsável</w:t>
      </w:r>
      <w:proofErr w:type="spellEnd"/>
      <w:r>
        <w:t xml:space="preserve"> Técnico da PROPONENTE </w:t>
      </w:r>
      <w:proofErr w:type="spellStart"/>
      <w:r>
        <w:t>acima</w:t>
      </w:r>
      <w:proofErr w:type="spellEnd"/>
      <w:r>
        <w:t xml:space="preserve"> </w:t>
      </w:r>
      <w:proofErr w:type="spellStart"/>
      <w:r>
        <w:t>identificado</w:t>
      </w:r>
      <w:proofErr w:type="spellEnd"/>
      <w:r>
        <w:t xml:space="preserve"> </w:t>
      </w:r>
      <w:proofErr w:type="spellStart"/>
      <w:r>
        <w:t>compareceu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Teatro Sérgio Cardoso e </w:t>
      </w:r>
      <w:proofErr w:type="spellStart"/>
      <w:r>
        <w:t>realizou</w:t>
      </w:r>
      <w:proofErr w:type="spellEnd"/>
      <w:r>
        <w:t xml:space="preserve"> a </w:t>
      </w:r>
      <w:proofErr w:type="spellStart"/>
      <w:r>
        <w:t>vistoria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</w:t>
      </w:r>
      <w:proofErr w:type="spellStart"/>
      <w:r>
        <w:t>referente</w:t>
      </w:r>
      <w:proofErr w:type="spellEnd"/>
      <w:r>
        <w:t xml:space="preserve"> à </w:t>
      </w:r>
      <w:proofErr w:type="spellStart"/>
      <w:r>
        <w:t>Chamada</w:t>
      </w:r>
      <w:proofErr w:type="spellEnd"/>
      <w:r>
        <w:t xml:space="preserve"> Pública nº CP </w:t>
      </w:r>
      <w:r w:rsidR="00721E62">
        <w:t>354</w:t>
      </w:r>
      <w:r>
        <w:t>/2026.</w:t>
      </w:r>
    </w:p>
    <w:p w14:paraId="4C6695C3" w14:textId="77777777" w:rsidR="000F582A" w:rsidRDefault="00D0295A">
      <w:pPr>
        <w:spacing w:after="60"/>
      </w:pPr>
      <w:r>
        <w:rPr>
          <w:b/>
        </w:rPr>
        <w:t xml:space="preserve">Nome: </w:t>
      </w:r>
      <w:r>
        <w:t>________________________________________________________________</w:t>
      </w:r>
    </w:p>
    <w:p w14:paraId="168C49EF" w14:textId="77777777" w:rsidR="000F582A" w:rsidRDefault="00D0295A">
      <w:pPr>
        <w:spacing w:after="60"/>
      </w:pPr>
      <w:r>
        <w:rPr>
          <w:b/>
        </w:rPr>
        <w:t>Cargo/</w:t>
      </w:r>
      <w:proofErr w:type="spellStart"/>
      <w:r>
        <w:rPr>
          <w:b/>
        </w:rPr>
        <w:t>Função</w:t>
      </w:r>
      <w:proofErr w:type="spellEnd"/>
      <w:r>
        <w:rPr>
          <w:b/>
        </w:rPr>
        <w:t xml:space="preserve">: </w:t>
      </w:r>
      <w:r>
        <w:t>________________________________________________________</w:t>
      </w:r>
    </w:p>
    <w:p w14:paraId="1EFD257A" w14:textId="77777777" w:rsidR="000F582A" w:rsidRDefault="00D0295A">
      <w:pPr>
        <w:spacing w:after="60"/>
      </w:pPr>
      <w:r>
        <w:rPr>
          <w:b/>
        </w:rPr>
        <w:t xml:space="preserve">Data da </w:t>
      </w:r>
      <w:proofErr w:type="spellStart"/>
      <w:r>
        <w:rPr>
          <w:b/>
        </w:rPr>
        <w:t>Vistoria</w:t>
      </w:r>
      <w:proofErr w:type="spellEnd"/>
      <w:r>
        <w:rPr>
          <w:b/>
        </w:rPr>
        <w:t xml:space="preserve">: </w:t>
      </w:r>
      <w:r>
        <w:t>____/____/2026</w:t>
      </w:r>
    </w:p>
    <w:p w14:paraId="70937004" w14:textId="77777777" w:rsidR="000F582A" w:rsidRDefault="00D0295A">
      <w:pPr>
        <w:spacing w:after="60"/>
      </w:pPr>
      <w:proofErr w:type="spellStart"/>
      <w:r>
        <w:rPr>
          <w:b/>
        </w:rPr>
        <w:t>Horário</w:t>
      </w:r>
      <w:proofErr w:type="spellEnd"/>
      <w:r>
        <w:rPr>
          <w:b/>
        </w:rPr>
        <w:t xml:space="preserve">: </w:t>
      </w:r>
      <w:r>
        <w:t>__________________</w:t>
      </w:r>
    </w:p>
    <w:p w14:paraId="633D3A38" w14:textId="77777777" w:rsidR="000F582A" w:rsidRDefault="00D0295A">
      <w:pPr>
        <w:spacing w:after="60"/>
      </w:pPr>
      <w:proofErr w:type="spellStart"/>
      <w:r>
        <w:rPr>
          <w:b/>
        </w:rPr>
        <w:t>Assinatura</w:t>
      </w:r>
      <w:proofErr w:type="spellEnd"/>
      <w:r>
        <w:rPr>
          <w:b/>
        </w:rPr>
        <w:t xml:space="preserve">: </w:t>
      </w:r>
      <w:r>
        <w:t>____________________________________________________________</w:t>
      </w:r>
    </w:p>
    <w:sectPr w:rsidR="000F582A" w:rsidSect="00034616">
      <w:headerReference w:type="default" r:id="rId8"/>
      <w:footerReference w:type="default" r:id="rId9"/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BFA5" w14:textId="77777777" w:rsidR="003E6E87" w:rsidRDefault="003E6E87" w:rsidP="00721E62">
      <w:pPr>
        <w:spacing w:after="0" w:line="240" w:lineRule="auto"/>
      </w:pPr>
      <w:r>
        <w:separator/>
      </w:r>
    </w:p>
  </w:endnote>
  <w:endnote w:type="continuationSeparator" w:id="0">
    <w:p w14:paraId="15386DC3" w14:textId="77777777" w:rsidR="003E6E87" w:rsidRDefault="003E6E87" w:rsidP="0072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7761445"/>
      <w:docPartObj>
        <w:docPartGallery w:val="Page Numbers (Bottom of Page)"/>
        <w:docPartUnique/>
      </w:docPartObj>
    </w:sdtPr>
    <w:sdtContent>
      <w:p w14:paraId="4771C962" w14:textId="789128DE" w:rsidR="00721E62" w:rsidRDefault="00721E62">
        <w:pPr>
          <w:pStyle w:val="Rodap"/>
          <w:jc w:val="right"/>
        </w:pPr>
        <w:r w:rsidRPr="00721E62">
          <w:rPr>
            <w:sz w:val="20"/>
            <w:szCs w:val="20"/>
          </w:rPr>
          <w:fldChar w:fldCharType="begin"/>
        </w:r>
        <w:r w:rsidRPr="00721E62">
          <w:rPr>
            <w:sz w:val="20"/>
            <w:szCs w:val="20"/>
          </w:rPr>
          <w:instrText>PAGE   \* MERGEFORMAT</w:instrText>
        </w:r>
        <w:r w:rsidRPr="00721E62">
          <w:rPr>
            <w:sz w:val="20"/>
            <w:szCs w:val="20"/>
          </w:rPr>
          <w:fldChar w:fldCharType="separate"/>
        </w:r>
        <w:r w:rsidRPr="00721E62">
          <w:rPr>
            <w:sz w:val="20"/>
            <w:szCs w:val="20"/>
            <w:lang w:val="pt-BR"/>
          </w:rPr>
          <w:t>2</w:t>
        </w:r>
        <w:r w:rsidRPr="00721E62">
          <w:rPr>
            <w:sz w:val="20"/>
            <w:szCs w:val="20"/>
          </w:rPr>
          <w:fldChar w:fldCharType="end"/>
        </w:r>
      </w:p>
    </w:sdtContent>
  </w:sdt>
  <w:p w14:paraId="01BCB2F3" w14:textId="77777777" w:rsidR="00721E62" w:rsidRDefault="00721E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2E79" w14:textId="77777777" w:rsidR="003E6E87" w:rsidRDefault="003E6E87" w:rsidP="00721E62">
      <w:pPr>
        <w:spacing w:after="0" w:line="240" w:lineRule="auto"/>
      </w:pPr>
      <w:r>
        <w:separator/>
      </w:r>
    </w:p>
  </w:footnote>
  <w:footnote w:type="continuationSeparator" w:id="0">
    <w:p w14:paraId="048195F6" w14:textId="77777777" w:rsidR="003E6E87" w:rsidRDefault="003E6E87" w:rsidP="0072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E71B" w14:textId="6A8F7A21" w:rsidR="00721E62" w:rsidRPr="00721E62" w:rsidRDefault="00721E62" w:rsidP="00721E62">
    <w:pPr>
      <w:pStyle w:val="Cabealho"/>
      <w:rPr>
        <w:lang w:val="pt-BR"/>
      </w:rPr>
    </w:pPr>
    <w:r w:rsidRPr="00721E62">
      <w:rPr>
        <w:lang w:val="pt-BR"/>
      </w:rPr>
      <w:drawing>
        <wp:inline distT="0" distB="0" distL="0" distR="0" wp14:anchorId="4FECFC7B" wp14:editId="0DC57112">
          <wp:extent cx="5972810" cy="351790"/>
          <wp:effectExtent l="0" t="0" r="0" b="0"/>
          <wp:docPr id="71775443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19FBB" w14:textId="77777777" w:rsidR="00721E62" w:rsidRDefault="00721E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3837349">
    <w:abstractNumId w:val="8"/>
  </w:num>
  <w:num w:numId="2" w16cid:durableId="7492144">
    <w:abstractNumId w:val="6"/>
  </w:num>
  <w:num w:numId="3" w16cid:durableId="121535338">
    <w:abstractNumId w:val="5"/>
  </w:num>
  <w:num w:numId="4" w16cid:durableId="991955827">
    <w:abstractNumId w:val="4"/>
  </w:num>
  <w:num w:numId="5" w16cid:durableId="560016790">
    <w:abstractNumId w:val="7"/>
  </w:num>
  <w:num w:numId="6" w16cid:durableId="427779629">
    <w:abstractNumId w:val="3"/>
  </w:num>
  <w:num w:numId="7" w16cid:durableId="688919660">
    <w:abstractNumId w:val="2"/>
  </w:num>
  <w:num w:numId="8" w16cid:durableId="672226117">
    <w:abstractNumId w:val="1"/>
  </w:num>
  <w:num w:numId="9" w16cid:durableId="131926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82A"/>
    <w:rsid w:val="0015074B"/>
    <w:rsid w:val="0029639D"/>
    <w:rsid w:val="00326F90"/>
    <w:rsid w:val="003E6E87"/>
    <w:rsid w:val="00446D4E"/>
    <w:rsid w:val="00721E62"/>
    <w:rsid w:val="00A64E12"/>
    <w:rsid w:val="00A9709A"/>
    <w:rsid w:val="00AA1D8D"/>
    <w:rsid w:val="00B47730"/>
    <w:rsid w:val="00CB0664"/>
    <w:rsid w:val="00D0295A"/>
    <w:rsid w:val="00E81B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DF0B0C"/>
  <w14:defaultImageDpi w14:val="300"/>
  <w15:docId w15:val="{F3D11F11-20F8-43E9-8209-B4D2C9FC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4323</Characters>
  <Application>Microsoft Office Word</Application>
  <DocSecurity>0</DocSecurity>
  <Lines>116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Cida Aguiar</cp:lastModifiedBy>
  <cp:revision>3</cp:revision>
  <dcterms:created xsi:type="dcterms:W3CDTF">2026-08-27T21:45:00Z</dcterms:created>
  <dcterms:modified xsi:type="dcterms:W3CDTF">2026-08-27T21:46:00Z</dcterms:modified>
  <cp:category/>
</cp:coreProperties>
</file>